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הגירה – אנשים נעים במרחב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הגירה ואילו סוגים שלה קיימים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גורמי דחיפה וגורמי משיכה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השפעות הגירה על מקום המוצא ומקום היעד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מעבר קבוע או ארוך טווח ממקום מגורים אחד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תנאים במקום המוצא שגורמים לעזוב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דברים שמושכים אנשים ליעד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אדם שברח מסכנה ממשית כמו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הגירה בתוך אותה מדינה, למשל מכפר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מצב שבו אנשים משכילים עוזבים את מדינתם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הגירה היא מעבר קבוע או ארוך טווח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תנאים שמרחיקים אנשים מהמקום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דברים שמושכים למקום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ישראל היא מדינת קליטת עלייה, ולרוב התושבים יש קשר להגירה בעבר או בהווה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חלק מההשפעות של הגירה על מקום המוצא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להגירה יש גם יתרונות כמו כוח עבודה ומגוון תרבותי, לצד אתגרים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דוגמה לסוג הגורם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(גורם משיכה)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מסע ההגירה – סדרו לפי השלבים ההגיוניים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קיום תנאים קשים במקום המוצא (גורמי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שמיעה על הזדמנויות במקום אחר (גורמי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החלטה לעזוב ולתכנן את המעבר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המעבר עצמו למקום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הסתגלות לחיים החדשים והשפעה על שני המקומות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גורמים נכונים (למשל מלחמה, רעב, עבודה, חינוך) עם דוגמה היסטורית או עכשווית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להזכיר יתרונות כמו כוח עבודה ומגוון תרבותי, וגם אתגרים כמו מתחים חברתיים ועלייה במחירי דיור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דחיפה מרחיק, משיכה מושך למקום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פליט ברח מסכנה, מהגר מרצון בחר לעבור מיוזמתו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בריחת מוחות או כספים שנשלחים הביתה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סיפורי הגירה משפחתיים כדי לחבר את התלמידים לנושא באופן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המשפחתית כדאי להדגיש גם את הצד הרגשי של הגירה ולא רק את הצד הכלכלי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לקבוצות לכתיבת שני צדי הדעה בתרגיל המאמרים כדי לתרגל חשיבה מאוזנת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הגירה – אנשים נעים במרחב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אנשים עוברים לגור במקום אחר. נלמד למה אנשים עוזבים מקום אחד (דחיפה) ולמה הם בוחרים מקום חדש (משיכה).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קבוע או ארוך של אנשים ממקום מגורים אחד לאחר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גורמי דחיפה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שמרחיקים אנשים מהמקום שלהם, כמו מלחמה או רעב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גורמי משיכה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שמושכים אנשים למקום חדש, כמו עבודה או ביטחון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פליט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שברח מסכנה ממשית ולא בחר לעזוב מרצון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הגירה של יהודים לישראל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 פנימית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בתוך אותה מדינה, למשל מכפר לעיר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בריחת מוחות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אנשים משכילים עוזבים את מדינתם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מדינת קליטה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שמהגרים רבים מגיעים אליה ומתיישבים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טיול קצר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מעבר קבוע או ארוך טווח ממקום מגורים אחד לאחר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יומית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מעבר דירה בתוך אותו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דוחף אנשים לעזוב את מקומם?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שמושכים ליעד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תנאים במקום המוצא שגורמים לעזוב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כוחות טבע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מחירי טיסות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מושך אנשים למקום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שמרחיקים מהמקום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דברים שמושכים אנשים ליעד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מלחמות ואסונות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בריחת מוחות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זה פליט?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שנוסע לחופשה בחו"ל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שהיגר מרצון לעבודה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שברח מסכנה ממשית כמו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תייר שמבקר במדינה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הגירה בתוך אותה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הגירה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הגירה בתוך אותה מדינה, למשל מכפר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הגירה של 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הגירה שלא קשורה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כשאנשים חכמים ומשכילים עוזבים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אנשים משכילים עוזבים את מדינתם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שבו כסף נשלח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הגעת פליטים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עלייה של יהודים לישראל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הגירה היא תמיד מעבר זמני וקצר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מלחמה ורעב הם דוגמאות לגורמי דחיפה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טובה וביטחון הם דוגמאות לגורמי משיכה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היא מדינה שבה רוב התושבים לא קשורים כלל להגירה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מהגרים יכולים לשלוח כסף למדינת המוצא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הגירה תמיד פוגעת במדינה הקולטת ואינה מועילה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מעבר קבוע או ארוך טווח ממקום מגורים אחד לאחר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תנאים במקום המוצא הדוחפים אנשים לעזוב נקראים גורמי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דברים שמושכים אנשים ליעד חדש נקראים גורמי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שברח מסכנה ממשית ולא היגר מרצון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הגירה של יהודים לישראל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מצב שבו אנשים משכילים עוזבים את מדינתם נקרא בריחת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דוגמה לסוג הגורם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מלחמה באזור המגורים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הצעת עבודה טובה בחו"ל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רדיפה דתית או פוליטית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חינוך איכותי במדינה החדשה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אסון טבע שהרס את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קרבה למשפחה שכבר גרה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גורם דחיפה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מסע ההגירה – סדרו לפי השלבים ההגיוניים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המעבר עצמו למקום החדש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קיום תנאים קשים במקום המוצא (גורמי דחיפה)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הסתגלות לחיים החדשים והשפעה על שני המקומות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שמיעה על הזדמנויות במקום אחר (גורמי משיכה)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לעזוב ולתכנן את המעבר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גורמי דחיפה ושני גורמי משיכה, ולכל אחד דוגמה אמיתית ממדינה או תקופה מוכרת.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הגירה יכולה להשפיע גם לטובה וגם לרעה על מקום היעד.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גורם דחיפה לגורם משיכה?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לפליט ודוגמה אחת למהגר מרצון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השפעה אחת של הגירה על מקום המוצא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הגירה – אנשים נעים במרחב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